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6753" w14:textId="77777777" w:rsidR="00D11742" w:rsidRDefault="00000000">
      <w:pPr>
        <w:pStyle w:val="Heading1"/>
      </w:pPr>
      <w:r>
        <w:t>Risk Assessment – FunDay Ltd Giant Games Package Hire</w:t>
      </w:r>
    </w:p>
    <w:p w14:paraId="3589C8A0" w14:textId="77777777" w:rsidR="00D11742" w:rsidRDefault="00000000">
      <w:pPr>
        <w:pStyle w:val="Heading2"/>
      </w:pPr>
      <w:r>
        <w:t>Activity Description</w:t>
      </w:r>
    </w:p>
    <w:p w14:paraId="01E26F88" w14:textId="77777777" w:rsidR="00D11742" w:rsidRDefault="00000000">
      <w:r>
        <w:t>Transport, installation, operation and dismantling of FunDay Ltd Giant Games Package including Giant Jenga, 4 in a Line, Giant Buzzer, Giant Snakes &amp; Ladders, Limbo and Twister.</w:t>
      </w:r>
    </w:p>
    <w:p w14:paraId="66DD59DE" w14:textId="77777777" w:rsidR="00D11742" w:rsidRDefault="00000000">
      <w:pPr>
        <w:pStyle w:val="Heading2"/>
      </w:pPr>
      <w:r>
        <w:t>Persons at Risk</w:t>
      </w:r>
    </w:p>
    <w:p w14:paraId="54CD92F5" w14:textId="77777777" w:rsidR="00D11742" w:rsidRDefault="00000000">
      <w:r>
        <w:t>Participants, staff, spectators and members of the public.</w:t>
      </w:r>
    </w:p>
    <w:p w14:paraId="23A2B565" w14:textId="2E0141AF" w:rsidR="00D11742" w:rsidRDefault="00D117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6"/>
        <w:gridCol w:w="1726"/>
        <w:gridCol w:w="1727"/>
        <w:gridCol w:w="1726"/>
      </w:tblGrid>
      <w:tr w:rsidR="00D11742" w14:paraId="625C4084" w14:textId="77777777">
        <w:tc>
          <w:tcPr>
            <w:tcW w:w="1728" w:type="dxa"/>
          </w:tcPr>
          <w:p w14:paraId="3415B6A3" w14:textId="77777777" w:rsidR="00D11742" w:rsidRDefault="00000000">
            <w:r>
              <w:t>Hazard</w:t>
            </w:r>
          </w:p>
        </w:tc>
        <w:tc>
          <w:tcPr>
            <w:tcW w:w="1728" w:type="dxa"/>
          </w:tcPr>
          <w:p w14:paraId="400C67FA" w14:textId="77777777" w:rsidR="00D11742" w:rsidRDefault="00000000">
            <w:r>
              <w:t>Persons</w:t>
            </w:r>
          </w:p>
        </w:tc>
        <w:tc>
          <w:tcPr>
            <w:tcW w:w="1728" w:type="dxa"/>
          </w:tcPr>
          <w:p w14:paraId="36FDB6B7" w14:textId="77777777" w:rsidR="00D11742" w:rsidRDefault="00000000">
            <w:r>
              <w:t>Initial</w:t>
            </w:r>
          </w:p>
        </w:tc>
        <w:tc>
          <w:tcPr>
            <w:tcW w:w="1728" w:type="dxa"/>
          </w:tcPr>
          <w:p w14:paraId="3E575C9A" w14:textId="77777777" w:rsidR="00D11742" w:rsidRDefault="00000000">
            <w:r>
              <w:t>Control Measures</w:t>
            </w:r>
          </w:p>
        </w:tc>
        <w:tc>
          <w:tcPr>
            <w:tcW w:w="1728" w:type="dxa"/>
          </w:tcPr>
          <w:p w14:paraId="38885CC8" w14:textId="77777777" w:rsidR="00D11742" w:rsidRDefault="00000000">
            <w:r>
              <w:t>Residual</w:t>
            </w:r>
          </w:p>
        </w:tc>
      </w:tr>
      <w:tr w:rsidR="00D11742" w14:paraId="60C796D1" w14:textId="77777777">
        <w:tc>
          <w:tcPr>
            <w:tcW w:w="1728" w:type="dxa"/>
          </w:tcPr>
          <w:p w14:paraId="0823FC52" w14:textId="77777777" w:rsidR="00D11742" w:rsidRDefault="00000000">
            <w:r>
              <w:t>Manual handling</w:t>
            </w:r>
          </w:p>
        </w:tc>
        <w:tc>
          <w:tcPr>
            <w:tcW w:w="1728" w:type="dxa"/>
          </w:tcPr>
          <w:p w14:paraId="67938CA2" w14:textId="77777777" w:rsidR="00D11742" w:rsidRDefault="00000000">
            <w:r>
              <w:t>Staff</w:t>
            </w:r>
          </w:p>
        </w:tc>
        <w:tc>
          <w:tcPr>
            <w:tcW w:w="1728" w:type="dxa"/>
          </w:tcPr>
          <w:p w14:paraId="2287218F" w14:textId="77777777" w:rsidR="00D11742" w:rsidRDefault="00000000">
            <w:r>
              <w:t>High</w:t>
            </w:r>
          </w:p>
        </w:tc>
        <w:tc>
          <w:tcPr>
            <w:tcW w:w="1728" w:type="dxa"/>
          </w:tcPr>
          <w:p w14:paraId="351F2458" w14:textId="77777777" w:rsidR="00D11742" w:rsidRDefault="00000000">
            <w:r>
              <w:t>Team lifting where required</w:t>
            </w:r>
          </w:p>
        </w:tc>
        <w:tc>
          <w:tcPr>
            <w:tcW w:w="1728" w:type="dxa"/>
          </w:tcPr>
          <w:p w14:paraId="06C2230E" w14:textId="77777777" w:rsidR="00D11742" w:rsidRDefault="00000000">
            <w:r>
              <w:t>Low</w:t>
            </w:r>
          </w:p>
        </w:tc>
      </w:tr>
      <w:tr w:rsidR="00D11742" w14:paraId="63D8C900" w14:textId="77777777">
        <w:tc>
          <w:tcPr>
            <w:tcW w:w="1728" w:type="dxa"/>
          </w:tcPr>
          <w:p w14:paraId="63F1BBBF" w14:textId="77777777" w:rsidR="00D11742" w:rsidRDefault="00000000">
            <w:r>
              <w:t>Trips around games</w:t>
            </w:r>
          </w:p>
        </w:tc>
        <w:tc>
          <w:tcPr>
            <w:tcW w:w="1728" w:type="dxa"/>
          </w:tcPr>
          <w:p w14:paraId="4BBC76D6" w14:textId="77777777" w:rsidR="00D11742" w:rsidRDefault="00000000">
            <w:r>
              <w:t>All</w:t>
            </w:r>
          </w:p>
        </w:tc>
        <w:tc>
          <w:tcPr>
            <w:tcW w:w="1728" w:type="dxa"/>
          </w:tcPr>
          <w:p w14:paraId="1827D187" w14:textId="77777777" w:rsidR="00D11742" w:rsidRDefault="00000000">
            <w:r>
              <w:t>Medium</w:t>
            </w:r>
          </w:p>
        </w:tc>
        <w:tc>
          <w:tcPr>
            <w:tcW w:w="1728" w:type="dxa"/>
          </w:tcPr>
          <w:p w14:paraId="4A9DDD18" w14:textId="77777777" w:rsidR="00D11742" w:rsidRDefault="00000000">
            <w:r>
              <w:t>Keep play area tidy</w:t>
            </w:r>
          </w:p>
        </w:tc>
        <w:tc>
          <w:tcPr>
            <w:tcW w:w="1728" w:type="dxa"/>
          </w:tcPr>
          <w:p w14:paraId="2537AC46" w14:textId="77777777" w:rsidR="00D11742" w:rsidRDefault="00000000">
            <w:r>
              <w:t>Low</w:t>
            </w:r>
          </w:p>
        </w:tc>
      </w:tr>
      <w:tr w:rsidR="00D11742" w14:paraId="7865E4D2" w14:textId="77777777">
        <w:tc>
          <w:tcPr>
            <w:tcW w:w="1728" w:type="dxa"/>
          </w:tcPr>
          <w:p w14:paraId="0EA40176" w14:textId="77777777" w:rsidR="00D11742" w:rsidRDefault="00000000">
            <w:r>
              <w:t>Uneven ground</w:t>
            </w:r>
          </w:p>
        </w:tc>
        <w:tc>
          <w:tcPr>
            <w:tcW w:w="1728" w:type="dxa"/>
          </w:tcPr>
          <w:p w14:paraId="44D8B407" w14:textId="77777777" w:rsidR="00D11742" w:rsidRDefault="00000000">
            <w:r>
              <w:t>All</w:t>
            </w:r>
          </w:p>
        </w:tc>
        <w:tc>
          <w:tcPr>
            <w:tcW w:w="1728" w:type="dxa"/>
          </w:tcPr>
          <w:p w14:paraId="487F582B" w14:textId="77777777" w:rsidR="00D11742" w:rsidRDefault="00000000">
            <w:r>
              <w:t>High</w:t>
            </w:r>
          </w:p>
        </w:tc>
        <w:tc>
          <w:tcPr>
            <w:tcW w:w="1728" w:type="dxa"/>
          </w:tcPr>
          <w:p w14:paraId="58664B7A" w14:textId="77777777" w:rsidR="00D11742" w:rsidRDefault="00000000">
            <w:r>
              <w:t>Install on firm, level surface</w:t>
            </w:r>
          </w:p>
        </w:tc>
        <w:tc>
          <w:tcPr>
            <w:tcW w:w="1728" w:type="dxa"/>
          </w:tcPr>
          <w:p w14:paraId="676A69B3" w14:textId="77777777" w:rsidR="00D11742" w:rsidRDefault="00000000">
            <w:r>
              <w:t>Low</w:t>
            </w:r>
          </w:p>
        </w:tc>
      </w:tr>
      <w:tr w:rsidR="00D11742" w14:paraId="34545F77" w14:textId="77777777">
        <w:tc>
          <w:tcPr>
            <w:tcW w:w="1728" w:type="dxa"/>
          </w:tcPr>
          <w:p w14:paraId="78084299" w14:textId="77777777" w:rsidR="00D11742" w:rsidRDefault="00000000">
            <w:r>
              <w:t>Falling Giant Jenga blocks</w:t>
            </w:r>
          </w:p>
        </w:tc>
        <w:tc>
          <w:tcPr>
            <w:tcW w:w="1728" w:type="dxa"/>
          </w:tcPr>
          <w:p w14:paraId="6FEFE097" w14:textId="77777777" w:rsidR="00D11742" w:rsidRDefault="00000000">
            <w:r>
              <w:t>Players</w:t>
            </w:r>
          </w:p>
        </w:tc>
        <w:tc>
          <w:tcPr>
            <w:tcW w:w="1728" w:type="dxa"/>
          </w:tcPr>
          <w:p w14:paraId="6087E82E" w14:textId="77777777" w:rsidR="00D11742" w:rsidRDefault="00000000">
            <w:r>
              <w:t>High</w:t>
            </w:r>
          </w:p>
        </w:tc>
        <w:tc>
          <w:tcPr>
            <w:tcW w:w="1728" w:type="dxa"/>
          </w:tcPr>
          <w:p w14:paraId="58E31922" w14:textId="77777777" w:rsidR="00D11742" w:rsidRDefault="00000000">
            <w:r>
              <w:t>Supervise play and exclusion zone</w:t>
            </w:r>
          </w:p>
        </w:tc>
        <w:tc>
          <w:tcPr>
            <w:tcW w:w="1728" w:type="dxa"/>
          </w:tcPr>
          <w:p w14:paraId="1B4800D3" w14:textId="77777777" w:rsidR="00D11742" w:rsidRDefault="00000000">
            <w:r>
              <w:t>Low</w:t>
            </w:r>
          </w:p>
        </w:tc>
      </w:tr>
      <w:tr w:rsidR="00D11742" w14:paraId="565C78F6" w14:textId="77777777">
        <w:tc>
          <w:tcPr>
            <w:tcW w:w="1728" w:type="dxa"/>
          </w:tcPr>
          <w:p w14:paraId="23DF36A4" w14:textId="77777777" w:rsidR="00D11742" w:rsidRDefault="00000000">
            <w:r>
              <w:t>Slips during Twister</w:t>
            </w:r>
          </w:p>
        </w:tc>
        <w:tc>
          <w:tcPr>
            <w:tcW w:w="1728" w:type="dxa"/>
          </w:tcPr>
          <w:p w14:paraId="45400652" w14:textId="77777777" w:rsidR="00D11742" w:rsidRDefault="00000000">
            <w:r>
              <w:t>Players</w:t>
            </w:r>
          </w:p>
        </w:tc>
        <w:tc>
          <w:tcPr>
            <w:tcW w:w="1728" w:type="dxa"/>
          </w:tcPr>
          <w:p w14:paraId="443F6256" w14:textId="77777777" w:rsidR="00D11742" w:rsidRDefault="00000000">
            <w:r>
              <w:t>Medium</w:t>
            </w:r>
          </w:p>
        </w:tc>
        <w:tc>
          <w:tcPr>
            <w:tcW w:w="1728" w:type="dxa"/>
          </w:tcPr>
          <w:p w14:paraId="4EAC6252" w14:textId="77777777" w:rsidR="00D11742" w:rsidRDefault="00000000">
            <w:r>
              <w:t>Dry surface and suitable footwear</w:t>
            </w:r>
          </w:p>
        </w:tc>
        <w:tc>
          <w:tcPr>
            <w:tcW w:w="1728" w:type="dxa"/>
          </w:tcPr>
          <w:p w14:paraId="4644BEE7" w14:textId="77777777" w:rsidR="00D11742" w:rsidRDefault="00000000">
            <w:r>
              <w:t>Low</w:t>
            </w:r>
          </w:p>
        </w:tc>
      </w:tr>
      <w:tr w:rsidR="00D11742" w14:paraId="69A2E674" w14:textId="77777777">
        <w:tc>
          <w:tcPr>
            <w:tcW w:w="1728" w:type="dxa"/>
          </w:tcPr>
          <w:p w14:paraId="3499556D" w14:textId="77777777" w:rsidR="00D11742" w:rsidRDefault="00000000">
            <w:r>
              <w:t>Limbo pole strikes</w:t>
            </w:r>
          </w:p>
        </w:tc>
        <w:tc>
          <w:tcPr>
            <w:tcW w:w="1728" w:type="dxa"/>
          </w:tcPr>
          <w:p w14:paraId="796F0B30" w14:textId="77777777" w:rsidR="00D11742" w:rsidRDefault="00000000">
            <w:r>
              <w:t>Players</w:t>
            </w:r>
          </w:p>
        </w:tc>
        <w:tc>
          <w:tcPr>
            <w:tcW w:w="1728" w:type="dxa"/>
          </w:tcPr>
          <w:p w14:paraId="340D336A" w14:textId="77777777" w:rsidR="00D11742" w:rsidRDefault="00000000">
            <w:r>
              <w:t>Medium</w:t>
            </w:r>
          </w:p>
        </w:tc>
        <w:tc>
          <w:tcPr>
            <w:tcW w:w="1728" w:type="dxa"/>
          </w:tcPr>
          <w:p w14:paraId="797A3076" w14:textId="77777777" w:rsidR="00D11742" w:rsidRDefault="00000000">
            <w:r>
              <w:t>Correct setup and supervision</w:t>
            </w:r>
          </w:p>
        </w:tc>
        <w:tc>
          <w:tcPr>
            <w:tcW w:w="1728" w:type="dxa"/>
          </w:tcPr>
          <w:p w14:paraId="5FA21F98" w14:textId="77777777" w:rsidR="00D11742" w:rsidRDefault="00000000">
            <w:r>
              <w:t>Low</w:t>
            </w:r>
          </w:p>
        </w:tc>
      </w:tr>
      <w:tr w:rsidR="00D11742" w14:paraId="286A82A8" w14:textId="77777777">
        <w:tc>
          <w:tcPr>
            <w:tcW w:w="1728" w:type="dxa"/>
          </w:tcPr>
          <w:p w14:paraId="296FE0FC" w14:textId="77777777" w:rsidR="00D11742" w:rsidRDefault="00000000">
            <w:r>
              <w:t>Player collisions</w:t>
            </w:r>
          </w:p>
        </w:tc>
        <w:tc>
          <w:tcPr>
            <w:tcW w:w="1728" w:type="dxa"/>
          </w:tcPr>
          <w:p w14:paraId="4416EC27" w14:textId="77777777" w:rsidR="00D11742" w:rsidRDefault="00000000">
            <w:r>
              <w:t>Players</w:t>
            </w:r>
          </w:p>
        </w:tc>
        <w:tc>
          <w:tcPr>
            <w:tcW w:w="1728" w:type="dxa"/>
          </w:tcPr>
          <w:p w14:paraId="3E6E6E62" w14:textId="77777777" w:rsidR="00D11742" w:rsidRDefault="00000000">
            <w:r>
              <w:t>Medium</w:t>
            </w:r>
          </w:p>
        </w:tc>
        <w:tc>
          <w:tcPr>
            <w:tcW w:w="1728" w:type="dxa"/>
          </w:tcPr>
          <w:p w14:paraId="2D8D73C1" w14:textId="77777777" w:rsidR="00D11742" w:rsidRDefault="00000000">
            <w:r>
              <w:t>Limit numbers and supervise</w:t>
            </w:r>
          </w:p>
        </w:tc>
        <w:tc>
          <w:tcPr>
            <w:tcW w:w="1728" w:type="dxa"/>
          </w:tcPr>
          <w:p w14:paraId="269E77E6" w14:textId="77777777" w:rsidR="00D11742" w:rsidRDefault="00000000">
            <w:r>
              <w:t>Low</w:t>
            </w:r>
          </w:p>
        </w:tc>
      </w:tr>
      <w:tr w:rsidR="00D11742" w14:paraId="78C90DCF" w14:textId="77777777">
        <w:tc>
          <w:tcPr>
            <w:tcW w:w="1728" w:type="dxa"/>
          </w:tcPr>
          <w:p w14:paraId="1923212E" w14:textId="77777777" w:rsidR="00D11742" w:rsidRDefault="00000000">
            <w:r>
              <w:t>Weather</w:t>
            </w:r>
          </w:p>
        </w:tc>
        <w:tc>
          <w:tcPr>
            <w:tcW w:w="1728" w:type="dxa"/>
          </w:tcPr>
          <w:p w14:paraId="73BC9363" w14:textId="77777777" w:rsidR="00D11742" w:rsidRDefault="00000000">
            <w:r>
              <w:t>All</w:t>
            </w:r>
          </w:p>
        </w:tc>
        <w:tc>
          <w:tcPr>
            <w:tcW w:w="1728" w:type="dxa"/>
          </w:tcPr>
          <w:p w14:paraId="246F2737" w14:textId="77777777" w:rsidR="00D11742" w:rsidRDefault="00000000">
            <w:r>
              <w:t>High</w:t>
            </w:r>
          </w:p>
        </w:tc>
        <w:tc>
          <w:tcPr>
            <w:tcW w:w="1728" w:type="dxa"/>
          </w:tcPr>
          <w:p w14:paraId="57403256" w14:textId="77777777" w:rsidR="00D11742" w:rsidRDefault="00000000">
            <w:r>
              <w:t>Suspend in severe weather</w:t>
            </w:r>
          </w:p>
        </w:tc>
        <w:tc>
          <w:tcPr>
            <w:tcW w:w="1728" w:type="dxa"/>
          </w:tcPr>
          <w:p w14:paraId="54D7E069" w14:textId="77777777" w:rsidR="00D11742" w:rsidRDefault="00000000">
            <w:r>
              <w:t>Low</w:t>
            </w:r>
          </w:p>
        </w:tc>
      </w:tr>
      <w:tr w:rsidR="00D11742" w14:paraId="1B8F52C2" w14:textId="77777777">
        <w:tc>
          <w:tcPr>
            <w:tcW w:w="1728" w:type="dxa"/>
          </w:tcPr>
          <w:p w14:paraId="5423AD18" w14:textId="77777777" w:rsidR="00D11742" w:rsidRDefault="00000000">
            <w:r>
              <w:t>Damaged equipment</w:t>
            </w:r>
          </w:p>
        </w:tc>
        <w:tc>
          <w:tcPr>
            <w:tcW w:w="1728" w:type="dxa"/>
          </w:tcPr>
          <w:p w14:paraId="77B444F6" w14:textId="77777777" w:rsidR="00D11742" w:rsidRDefault="00000000">
            <w:r>
              <w:t>All</w:t>
            </w:r>
          </w:p>
        </w:tc>
        <w:tc>
          <w:tcPr>
            <w:tcW w:w="1728" w:type="dxa"/>
          </w:tcPr>
          <w:p w14:paraId="59C68A00" w14:textId="77777777" w:rsidR="00D11742" w:rsidRDefault="00000000">
            <w:r>
              <w:t>Medium</w:t>
            </w:r>
          </w:p>
        </w:tc>
        <w:tc>
          <w:tcPr>
            <w:tcW w:w="1728" w:type="dxa"/>
          </w:tcPr>
          <w:p w14:paraId="30A90CED" w14:textId="77777777" w:rsidR="00D11742" w:rsidRDefault="00000000">
            <w:r>
              <w:t>Inspect before use</w:t>
            </w:r>
          </w:p>
        </w:tc>
        <w:tc>
          <w:tcPr>
            <w:tcW w:w="1728" w:type="dxa"/>
          </w:tcPr>
          <w:p w14:paraId="60619B4A" w14:textId="77777777" w:rsidR="00D11742" w:rsidRDefault="00000000">
            <w:r>
              <w:t>Low</w:t>
            </w:r>
          </w:p>
        </w:tc>
      </w:tr>
    </w:tbl>
    <w:p w14:paraId="64668D07" w14:textId="77777777" w:rsidR="00D11742" w:rsidRDefault="00000000">
      <w:pPr>
        <w:pStyle w:val="Heading2"/>
      </w:pPr>
      <w:r>
        <w:t>Inspection Checklist</w:t>
      </w:r>
    </w:p>
    <w:p w14:paraId="4D3D3A5B" w14:textId="77777777" w:rsidR="00D11742" w:rsidRDefault="00000000">
      <w:r>
        <w:t>Inspect all games, mats, poles and components before use. Remove damaged equipment from service.</w:t>
      </w:r>
    </w:p>
    <w:sectPr w:rsidR="00D117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1409392">
    <w:abstractNumId w:val="8"/>
  </w:num>
  <w:num w:numId="2" w16cid:durableId="552927424">
    <w:abstractNumId w:val="6"/>
  </w:num>
  <w:num w:numId="3" w16cid:durableId="1417480236">
    <w:abstractNumId w:val="5"/>
  </w:num>
  <w:num w:numId="4" w16cid:durableId="1363895484">
    <w:abstractNumId w:val="4"/>
  </w:num>
  <w:num w:numId="5" w16cid:durableId="1517380781">
    <w:abstractNumId w:val="7"/>
  </w:num>
  <w:num w:numId="6" w16cid:durableId="1959413943">
    <w:abstractNumId w:val="3"/>
  </w:num>
  <w:num w:numId="7" w16cid:durableId="344984584">
    <w:abstractNumId w:val="2"/>
  </w:num>
  <w:num w:numId="8" w16cid:durableId="2001225634">
    <w:abstractNumId w:val="1"/>
  </w:num>
  <w:num w:numId="9" w16cid:durableId="213983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11742"/>
    <w:rsid w:val="00E84E3C"/>
    <w:rsid w:val="00FA55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4A388B"/>
  <w14:defaultImageDpi w14:val="300"/>
  <w15:docId w15:val="{9D55FBB8-387B-451C-BCD9-C5D35F60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2026-07-21T11:23:00Z</dcterms:created>
  <dcterms:modified xsi:type="dcterms:W3CDTF">2026-07-21T11:23:00Z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85217eff-d47f-4962-809a-9d3edcc12a13</vt:lpwstr>
  </property>
</Properties>
</file>